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INTOCHEMISTRY   /   Lab Skill 04</w:t>
      </w:r>
    </w:p>
    <w:p>
      <w:pPr>
        <w:pStyle w:val="Title"/>
      </w:pPr>
      <w:r>
        <w:t>Calibration curves — Student Worksheet</w:t>
      </w:r>
    </w:p>
    <w:p>
      <w:r>
        <w:t>Linear model, blank correction, amount in sample.</w:t>
      </w:r>
    </w:p>
    <w:p>
      <w:r>
        <w:t>Name: ____________________________________   Date: __________________    Section: __________</w:t>
      </w:r>
    </w:p>
    <w:p>
      <w:r>
        <w:t>Learning goal: carry units through the calculation, show an equation, and explain the measurement assumptions.</w:t>
      </w:r>
    </w:p>
    <w:p>
      <w:pPr>
        <w:pStyle w:val="Heading1"/>
      </w:pPr>
      <w:r>
        <w:t>Numerical practice</w:t>
      </w:r>
    </w:p>
    <w:p>
      <w:pPr>
        <w:pStyle w:val="Heading2"/>
      </w:pPr>
      <w:r>
        <w:t>1. Concentration from absorbance 1</w:t>
      </w:r>
    </w:p>
    <w:p>
      <w:r>
        <w:t>Calibration: A = (0.240 A/mM)c + 0.035; measured absorbance = 0.395; sample volume = 15.0 mL.</w:t>
      </w:r>
    </w:p>
    <w:p>
      <w:r>
        <w:t>(a) Compute A − b.  [Answer in absorbance]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(b) Divide the corrected absorbance by the slope.  [Answer in mM]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(c) Multiply concentration in mM by sample volume in mL. Express the amount in micromoles.  [Answer in µmol]</w:t>
      </w:r>
    </w:p>
    <w:p>
      <w:pPr>
        <w:spacing w:after="120"/>
      </w:pPr>
      <w:r>
        <w:t xml:space="preserve">   Working: ______________________________________________________________</w:t>
      </w:r>
    </w:p>
    <w:p>
      <w:pPr>
        <w:pStyle w:val="Heading2"/>
      </w:pPr>
      <w:r>
        <w:t>2. Concentration from absorbance 2</w:t>
      </w:r>
    </w:p>
    <w:p>
      <w:r>
        <w:t>Calibration: A = (0.180 A/mM)c + 0.025; measured absorbance = 0.385; sample volume = 10.0 mL.</w:t>
      </w:r>
    </w:p>
    <w:p>
      <w:r>
        <w:t>(a) Compute A − b.  [Answer in absorbance]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(b) Divide the corrected absorbance by the slope.  [Answer in mM]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(c) Multiply concentration in mM by sample volume in mL. Express the amount in micromoles.  [Answer in µmol]</w:t>
      </w:r>
    </w:p>
    <w:p>
      <w:pPr>
        <w:spacing w:after="120"/>
      </w:pPr>
      <w:r>
        <w:t xml:space="preserve">   Working: ______________________________________________________________</w:t>
      </w:r>
    </w:p>
    <w:p>
      <w:pPr>
        <w:pStyle w:val="Heading2"/>
      </w:pPr>
      <w:r>
        <w:t>3. Concentration from absorbance 3</w:t>
      </w:r>
    </w:p>
    <w:p>
      <w:r>
        <w:t>Calibration: A = (0.320 A/mM)c + 0.040; measured absorbance = 0.200; sample volume = 25.0 mL.</w:t>
      </w:r>
    </w:p>
    <w:p>
      <w:r>
        <w:t>(a) Compute A − b.  [Answer in absorbance]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(b) Divide the corrected absorbance by the slope.  [Answer in mM]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(c) Multiply concentration in mM by sample volume in mL. Express the amount in micromoles.  [Answer in µmol]</w:t>
      </w:r>
    </w:p>
    <w:p>
      <w:pPr>
        <w:spacing w:after="120"/>
      </w:pPr>
      <w:r>
        <w:t xml:space="preserve">   Working: ______________________________________________________________</w:t>
      </w:r>
    </w:p>
    <w:p>
      <w:pPr>
        <w:pStyle w:val="Heading2"/>
      </w:pPr>
      <w:r>
        <w:t>4. Concentration from absorbance 4</w:t>
      </w:r>
    </w:p>
    <w:p>
      <w:r>
        <w:t>Calibration: A = (0.125 A/mM)c + 0.018; measured absorbance = 0.268; sample volume = 5.0 mL.</w:t>
      </w:r>
    </w:p>
    <w:p>
      <w:r>
        <w:t>(a) Compute A − b.  [Answer in absorbance]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(b) Divide the corrected absorbance by the slope.  [Answer in mM]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(c) Multiply concentration in mM by sample volume in mL. Express the amount in micromoles.  [Answer in µmol]</w:t>
      </w:r>
    </w:p>
    <w:p>
      <w:pPr>
        <w:spacing w:after="120"/>
      </w:pPr>
      <w:r>
        <w:t xml:space="preserve">   Working: ______________________________________________________________</w:t>
      </w:r>
    </w:p>
    <w:p>
      <w:pPr>
        <w:pStyle w:val="Heading1"/>
      </w:pPr>
      <w:r>
        <w:t>Concept and interpretation</w:t>
      </w:r>
    </w:p>
    <w:p>
      <w:r>
        <w:t>5. Why must the calibration range include the sample concentration?</w:t>
      </w:r>
    </w:p>
    <w:p>
      <w:r>
        <w:t xml:space="preserve">   __________________________________________________________________________________</w:t>
      </w:r>
    </w:p>
    <w:p>
      <w:r>
        <w:t xml:space="preserve">   __________________________________________________________________________________</w:t>
      </w:r>
    </w:p>
    <w:p>
      <w:r>
        <w:t>6. What does a nonzero fitted intercept imply?</w:t>
      </w:r>
    </w:p>
    <w:p>
      <w:r>
        <w:t xml:space="preserve">   __________________________________________________________________________________</w:t>
      </w:r>
    </w:p>
    <w:p>
      <w:r>
        <w:t xml:space="preserve">   __________________________________________________________________________________</w:t>
      </w:r>
    </w:p>
    <w:p>
      <w:pPr>
        <w:pStyle w:val="Caption"/>
      </w:pPr>
      <w:r>
        <w:t>Note: Report an appropriate number of significant figures for measured quantities. The online checker evaluates numeric accuracy separately from precision.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51" w:bottom="950" w:left="10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IntoChemistry  •  Lab Data Studio  •  Student practice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086DA2"/>
      </w:rPr>
      <w:t>INTOCHEMISTRY   /   GENERAL CHEMISTRY &amp; LAB SKILLS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4304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2335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23354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23354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