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Moles &amp; particles — Practice Worksheet</w:t>
      </w:r>
    </w:p>
    <w:p>
      <w:r>
        <w:rPr>
          <w:i/>
          <w:color w:val="4B6575"/>
          <w:sz w:val="20"/>
        </w:rPr>
        <w:t>Six multistep problems · built to pair with the IntoChemistry Problem-Solving Studio</w:t>
      </w:r>
    </w:p>
    <w:p>
      <w:r>
        <w:rPr>
          <w:sz w:val="18"/>
        </w:rPr>
        <w:t>Name: ________________________________________     Date: __________________</w:t>
      </w:r>
    </w:p>
    <w:p>
      <w:pPr>
        <w:spacing w:after="260"/>
      </w:pPr>
      <w:r>
        <w:t>Instructions: Show your dimensional-analysis setup and units. Round your final result to an appropriate number of significant figures. For particles, use 6.022 × 10²³ mol⁻¹.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1.  Water molecules</w:t>
      </w:r>
    </w:p>
    <w:p>
      <w:pPr>
        <w:ind w:left="605"/>
      </w:pPr>
      <w:r>
        <w:rPr>
          <w:color w:val="4B6575"/>
          <w:sz w:val="18"/>
        </w:rPr>
        <w:t>A sample contains 36.04 g of H₂O. Work from atomic masses to amount and then number of particles.</w:t>
      </w:r>
    </w:p>
    <w:p>
      <w:pPr>
        <w:ind w:left="605"/>
      </w:pPr>
      <w:r>
        <w:rPr>
          <w:color w:val="4B6575"/>
          <w:sz w:val="18"/>
        </w:rPr>
        <w:t>Atomic masses (g/mol): H 1.01 · C 12.01 · N 14.01 · O 16.00 · Na 22.99 · Cl 35.45 · Ca 40.08 · Mg 24.31 · K 39.10 · Fe 55.85; Nₐ = 6.022 × 10²³ mol⁻¹.</w:t>
      </w:r>
    </w:p>
    <w:p>
      <w:pPr>
        <w:spacing w:before="60"/>
        <w:ind w:left="605"/>
      </w:pPr>
      <w:r>
        <w:rPr>
          <w:color w:val="4B6575"/>
          <w:sz w:val="18"/>
        </w:rPr>
        <w:t>a.  Calculate the molar mass of H₂O using atomic masses supplied in the reference strip.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present in 36.04 g of H₂O?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How many molecules are in this sample?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2.  Carbon dioxide molecules</w:t>
      </w:r>
    </w:p>
    <w:p>
      <w:pPr>
        <w:ind w:left="605"/>
      </w:pPr>
      <w:r>
        <w:rPr>
          <w:color w:val="4B6575"/>
          <w:sz w:val="18"/>
        </w:rPr>
        <w:t>A sample contains 22.00 g of CO₂. Work from atomic masses to amount and then number of particles.</w:t>
      </w:r>
    </w:p>
    <w:p>
      <w:pPr>
        <w:ind w:left="605"/>
      </w:pPr>
      <w:r>
        <w:rPr>
          <w:color w:val="4B6575"/>
          <w:sz w:val="18"/>
        </w:rPr>
        <w:t>Atomic masses (g/mol): H 1.01 · C 12.01 · N 14.01 · O 16.00 · Na 22.99 · Cl 35.45 · Ca 40.08 · Mg 24.31 · K 39.10 · Fe 55.85; Nₐ = 6.022 × 10²³ mol⁻¹.</w:t>
      </w:r>
    </w:p>
    <w:p>
      <w:pPr>
        <w:spacing w:before="60"/>
        <w:ind w:left="605"/>
      </w:pPr>
      <w:r>
        <w:rPr>
          <w:color w:val="4B6575"/>
          <w:sz w:val="18"/>
        </w:rPr>
        <w:t>a.  Calculate the molar mass of CO₂ using atomic masses supplied in the reference strip.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present in 22.00 g of CO₂?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How many molecules are in this sample?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3.  Sodium chloride formula units</w:t>
      </w:r>
    </w:p>
    <w:p>
      <w:pPr>
        <w:ind w:left="605"/>
      </w:pPr>
      <w:r>
        <w:rPr>
          <w:color w:val="4B6575"/>
          <w:sz w:val="18"/>
        </w:rPr>
        <w:t>A sample contains 5.844 g of NaCl. Work from atomic masses to amount and then number of particles.</w:t>
      </w:r>
    </w:p>
    <w:p>
      <w:pPr>
        <w:ind w:left="605"/>
      </w:pPr>
      <w:r>
        <w:rPr>
          <w:color w:val="4B6575"/>
          <w:sz w:val="18"/>
        </w:rPr>
        <w:t>Atomic masses (g/mol): H 1.01 · C 12.01 · N 14.01 · O 16.00 · Na 22.99 · Cl 35.45 · Ca 40.08 · Mg 24.31 · K 39.10 · Fe 55.85; Nₐ = 6.022 × 10²³ mol⁻¹.</w:t>
      </w:r>
    </w:p>
    <w:p>
      <w:pPr>
        <w:spacing w:before="60"/>
        <w:ind w:left="605"/>
      </w:pPr>
      <w:r>
        <w:rPr>
          <w:color w:val="4B6575"/>
          <w:sz w:val="18"/>
        </w:rPr>
        <w:t>a.  Calculate the molar mass of NaCl using atomic masses supplied in the reference strip.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present in 5.844 g of NaCl?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How many formula units are in this sample?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4.  Calcium carbonate formula units</w:t>
      </w:r>
    </w:p>
    <w:p>
      <w:pPr>
        <w:ind w:left="605"/>
      </w:pPr>
      <w:r>
        <w:rPr>
          <w:color w:val="4B6575"/>
          <w:sz w:val="18"/>
        </w:rPr>
        <w:t>A sample contains 10.009 g of CaCO₃. Work from atomic masses to amount and then number of particles.</w:t>
      </w:r>
    </w:p>
    <w:p>
      <w:pPr>
        <w:ind w:left="605"/>
      </w:pPr>
      <w:r>
        <w:rPr>
          <w:color w:val="4B6575"/>
          <w:sz w:val="18"/>
        </w:rPr>
        <w:t>Atomic masses (g/mol): H 1.01 · C 12.01 · N 14.01 · O 16.00 · Na 22.99 · Cl 35.45 · Ca 40.08 · Mg 24.31 · K 39.10 · Fe 55.85; Nₐ = 6.022 × 10²³ mol⁻¹.</w:t>
      </w:r>
    </w:p>
    <w:p>
      <w:pPr>
        <w:spacing w:before="60"/>
        <w:ind w:left="605"/>
      </w:pPr>
      <w:r>
        <w:rPr>
          <w:color w:val="4B6575"/>
          <w:sz w:val="18"/>
        </w:rPr>
        <w:t>a.  Calculate the molar mass of CaCO₃ using atomic masses supplied in the reference strip.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present in 10.009 g of CaCO₃?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How many formula units are in this sample?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5.  Ammonia molecules</w:t>
      </w:r>
    </w:p>
    <w:p>
      <w:pPr>
        <w:ind w:left="605"/>
      </w:pPr>
      <w:r>
        <w:rPr>
          <w:color w:val="4B6575"/>
          <w:sz w:val="18"/>
        </w:rPr>
        <w:t>A sample contains 8.520 g of NH₃. Work from atomic masses to amount and then number of particles.</w:t>
      </w:r>
    </w:p>
    <w:p>
      <w:pPr>
        <w:ind w:left="605"/>
      </w:pPr>
      <w:r>
        <w:rPr>
          <w:color w:val="4B6575"/>
          <w:sz w:val="18"/>
        </w:rPr>
        <w:t>Atomic masses (g/mol): H 1.01 · C 12.01 · N 14.01 · O 16.00 · Na 22.99 · Cl 35.45 · Ca 40.08 · Mg 24.31 · K 39.10 · Fe 55.85; Nₐ = 6.022 × 10²³ mol⁻¹.</w:t>
      </w:r>
    </w:p>
    <w:p>
      <w:pPr>
        <w:spacing w:before="60"/>
        <w:ind w:left="605"/>
      </w:pPr>
      <w:r>
        <w:rPr>
          <w:color w:val="4B6575"/>
          <w:sz w:val="18"/>
        </w:rPr>
        <w:t>a.  Calculate the molar mass of NH₃ using atomic masses supplied in the reference strip.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present in 8.520 g of NH₃?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How many molecules are in this sample?</w:t>
      </w:r>
    </w:p>
    <w:p>
      <w:pPr>
        <w:spacing w:after="140"/>
        <w:ind w:left="720"/>
      </w:pPr>
      <w:r>
        <w:t xml:space="preserve"> </w:t>
      </w:r>
    </w:p>
    <w:p>
      <w:pPr>
        <w:spacing w:before="160" w:after="80"/>
        <w:ind w:left="576"/>
      </w:pPr>
      <w:r>
        <w:rPr>
          <w:b/>
          <w:color w:val="102F4D"/>
          <w:sz w:val="22"/>
        </w:rPr>
        <w:t>6.  Glucose molecules</w:t>
      </w:r>
    </w:p>
    <w:p>
      <w:pPr>
        <w:ind w:left="605"/>
      </w:pPr>
      <w:r>
        <w:rPr>
          <w:color w:val="4B6575"/>
          <w:sz w:val="18"/>
        </w:rPr>
        <w:t>A sample contains 9.009 g of C₆H₁₂O₆. Work from atomic masses to amount and then number of particles.</w:t>
      </w:r>
    </w:p>
    <w:p>
      <w:pPr>
        <w:ind w:left="605"/>
      </w:pPr>
      <w:r>
        <w:rPr>
          <w:color w:val="4B6575"/>
          <w:sz w:val="18"/>
        </w:rPr>
        <w:t>Atomic masses (g/mol): H 1.01 · C 12.01 · N 14.01 · O 16.00 · Na 22.99 · Cl 35.45 · Ca 40.08 · Mg 24.31 · K 39.10 · Fe 55.85; Nₐ = 6.022 × 10²³ mol⁻¹.</w:t>
      </w:r>
    </w:p>
    <w:p>
      <w:pPr>
        <w:spacing w:before="60"/>
        <w:ind w:left="605"/>
      </w:pPr>
      <w:r>
        <w:rPr>
          <w:color w:val="4B6575"/>
          <w:sz w:val="18"/>
        </w:rPr>
        <w:t>a.  Calculate the molar mass of C₆H₁₂O₆ using atomic masses supplied in the reference strip.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b.  How many moles are present in 9.009 g of C₆H₁₂O₆?</w:t>
      </w:r>
    </w:p>
    <w:p>
      <w:pPr>
        <w:spacing w:after="140"/>
        <w:ind w:left="720"/>
      </w:pPr>
      <w:r>
        <w:t xml:space="preserve"> </w:t>
      </w:r>
    </w:p>
    <w:p>
      <w:pPr>
        <w:spacing w:before="60"/>
        <w:ind w:left="605"/>
      </w:pPr>
      <w:r>
        <w:rPr>
          <w:color w:val="4B6575"/>
          <w:sz w:val="18"/>
        </w:rPr>
        <w:t>c.  How many molecules are in this sample?</w:t>
      </w:r>
    </w:p>
    <w:p>
      <w:pPr>
        <w:spacing w:after="140"/>
        <w:ind w:left="720"/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0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B6575"/>
        <w:sz w:val="16"/>
      </w:rPr>
      <w:t>IntoChemistry · General Chemistry ·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186C8B"/>
        <w:sz w:val="16"/>
      </w:rPr>
      <w:t>INTOCHEMISTRY  /  GUIDED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2F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F4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