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Reaction stoichiometry — Practice Worksheet</w:t>
      </w:r>
    </w:p>
    <w:p>
      <w:r>
        <w:rPr>
          <w:i/>
          <w:color w:val="4B6575"/>
          <w:sz w:val="20"/>
        </w:rPr>
        <w:t>Six multistep problems · built to pair with the IntoChemistry Problem-Solving Studio</w:t>
      </w:r>
    </w:p>
    <w:p>
      <w:r>
        <w:rPr>
          <w:sz w:val="18"/>
        </w:rPr>
        <w:t>Name: ________________________________________     Date: __________________</w:t>
      </w:r>
    </w:p>
    <w:p>
      <w:pPr>
        <w:spacing w:after="260"/>
      </w:pPr>
      <w:r>
        <w:t>Instructions: Show your dimensional-analysis setup and units. Round your final result to an appropriate number of significant figures. For particles, use 6.022 × 10²³ mol⁻¹.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1.  Water from oxygen</w:t>
      </w:r>
    </w:p>
    <w:p>
      <w:pPr>
        <w:ind w:left="605"/>
      </w:pPr>
      <w:r>
        <w:rPr>
          <w:color w:val="4B6575"/>
          <w:sz w:val="18"/>
        </w:rPr>
        <w:t>Assume all other reactants are in excess. Given 0.75 mol O₂, calculate the theoretical amount and mass of H₂O.</w:t>
      </w:r>
    </w:p>
    <w:p>
      <w:pPr>
        <w:ind w:left="605"/>
      </w:pPr>
      <w:r>
        <w:rPr>
          <w:color w:val="4B6575"/>
          <w:sz w:val="18"/>
        </w:rPr>
        <w:t>Balanced equation: 2 H₂ + O₂ → 2 H₂O. Product molar mass: 18.02 g/mol.</w:t>
      </w:r>
    </w:p>
    <w:p>
      <w:pPr>
        <w:spacing w:before="60"/>
        <w:ind w:left="605"/>
      </w:pPr>
      <w:r>
        <w:rPr>
          <w:color w:val="4B6575"/>
          <w:sz w:val="18"/>
        </w:rPr>
        <w:t>a.  What is mol H₂O per mol O₂ in the balanced equation?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of H₂O can form from 0.75 mol O₂?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is the theoretical mass of H₂O in grams? (M = 18.02 g/mol)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2.  Ammonia from nitrogen</w:t>
      </w:r>
    </w:p>
    <w:p>
      <w:pPr>
        <w:ind w:left="605"/>
      </w:pPr>
      <w:r>
        <w:rPr>
          <w:color w:val="4B6575"/>
          <w:sz w:val="18"/>
        </w:rPr>
        <w:t>Assume all other reactants are in excess. Given 1.2 mol N₂, calculate the theoretical amount and mass of NH₃.</w:t>
      </w:r>
    </w:p>
    <w:p>
      <w:pPr>
        <w:ind w:left="605"/>
      </w:pPr>
      <w:r>
        <w:rPr>
          <w:color w:val="4B6575"/>
          <w:sz w:val="18"/>
        </w:rPr>
        <w:t>Balanced equation: N₂ + 3 H₂ → 2 NH₃. Product molar mass: 17.04 g/mol.</w:t>
      </w:r>
    </w:p>
    <w:p>
      <w:pPr>
        <w:spacing w:before="60"/>
        <w:ind w:left="605"/>
      </w:pPr>
      <w:r>
        <w:rPr>
          <w:color w:val="4B6575"/>
          <w:sz w:val="18"/>
        </w:rPr>
        <w:t>a.  What is mol NH₃ per mol N₂ in the balanced equation?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of NH₃ can form from 1.2 mol N₂?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is the theoretical mass of NH₃ in grams? (M = 17.04 g/mol)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3.  Magnesium oxide</w:t>
      </w:r>
    </w:p>
    <w:p>
      <w:pPr>
        <w:ind w:left="605"/>
      </w:pPr>
      <w:r>
        <w:rPr>
          <w:color w:val="4B6575"/>
          <w:sz w:val="18"/>
        </w:rPr>
        <w:t>Assume all other reactants are in excess. Given 0.8 mol Mg, calculate the theoretical amount and mass of MgO.</w:t>
      </w:r>
    </w:p>
    <w:p>
      <w:pPr>
        <w:ind w:left="605"/>
      </w:pPr>
      <w:r>
        <w:rPr>
          <w:color w:val="4B6575"/>
          <w:sz w:val="18"/>
        </w:rPr>
        <w:t>Balanced equation: 2 Mg + O₂ → 2 MgO. Product molar mass: 40.31 g/mol.</w:t>
      </w:r>
    </w:p>
    <w:p>
      <w:pPr>
        <w:spacing w:before="60"/>
        <w:ind w:left="605"/>
      </w:pPr>
      <w:r>
        <w:rPr>
          <w:color w:val="4B6575"/>
          <w:sz w:val="18"/>
        </w:rPr>
        <w:t>a.  What is mol MgO per mol Mg in the balanced equation?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of MgO can form from 0.8 mol Mg?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is the theoretical mass of MgO in grams? (M = 40.31 g/mol)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4.  Oxygen from potassium chlorate</w:t>
      </w:r>
    </w:p>
    <w:p>
      <w:pPr>
        <w:ind w:left="605"/>
      </w:pPr>
      <w:r>
        <w:rPr>
          <w:color w:val="4B6575"/>
          <w:sz w:val="18"/>
        </w:rPr>
        <w:t>Assume all other reactants are in excess. Given 0.6 mol KClO₃, calculate the theoretical amount and mass of O₂.</w:t>
      </w:r>
    </w:p>
    <w:p>
      <w:pPr>
        <w:ind w:left="605"/>
      </w:pPr>
      <w:r>
        <w:rPr>
          <w:color w:val="4B6575"/>
          <w:sz w:val="18"/>
        </w:rPr>
        <w:t>Balanced equation: 2 KClO₃ → 2 KCl + 3 O₂. Product molar mass: 32.00 g/mol.</w:t>
      </w:r>
    </w:p>
    <w:p>
      <w:pPr>
        <w:spacing w:before="60"/>
        <w:ind w:left="605"/>
      </w:pPr>
      <w:r>
        <w:rPr>
          <w:color w:val="4B6575"/>
          <w:sz w:val="18"/>
        </w:rPr>
        <w:t>a.  What is mol O₂ per mol KClO₃ in the balanced equation?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of O₂ can form from 0.6 mol KClO₃?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is the theoretical mass of O₂ in grams? (M = 32.00 g/mol)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5.  Carbon dioxide from carbonate</w:t>
      </w:r>
    </w:p>
    <w:p>
      <w:pPr>
        <w:ind w:left="605"/>
      </w:pPr>
      <w:r>
        <w:rPr>
          <w:color w:val="4B6575"/>
          <w:sz w:val="18"/>
        </w:rPr>
        <w:t>Assume all other reactants are in excess. Given 0.25 mol CaCO₃, calculate the theoretical amount and mass of CO₂.</w:t>
      </w:r>
    </w:p>
    <w:p>
      <w:pPr>
        <w:ind w:left="605"/>
      </w:pPr>
      <w:r>
        <w:rPr>
          <w:color w:val="4B6575"/>
          <w:sz w:val="18"/>
        </w:rPr>
        <w:t>Balanced equation: CaCO₃ → CaO + CO₂. Product molar mass: 44.01 g/mol.</w:t>
      </w:r>
    </w:p>
    <w:p>
      <w:pPr>
        <w:spacing w:before="60"/>
        <w:ind w:left="605"/>
      </w:pPr>
      <w:r>
        <w:rPr>
          <w:color w:val="4B6575"/>
          <w:sz w:val="18"/>
        </w:rPr>
        <w:t>a.  What is mol CO₂ per mol CaCO₃ in the balanced equation?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of CO₂ can form from 0.25 mol CaCO₃?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is the theoretical mass of CO₂ in grams? (M = 44.01 g/mol)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6.  Iron(III) oxide</w:t>
      </w:r>
    </w:p>
    <w:p>
      <w:pPr>
        <w:ind w:left="605"/>
      </w:pPr>
      <w:r>
        <w:rPr>
          <w:color w:val="4B6575"/>
          <w:sz w:val="18"/>
        </w:rPr>
        <w:t>Assume all other reactants are in excess. Given 0.8 mol Fe, calculate the theoretical amount and mass of Fe₂O₃.</w:t>
      </w:r>
    </w:p>
    <w:p>
      <w:pPr>
        <w:ind w:left="605"/>
      </w:pPr>
      <w:r>
        <w:rPr>
          <w:color w:val="4B6575"/>
          <w:sz w:val="18"/>
        </w:rPr>
        <w:t>Balanced equation: 4 Fe + 3 O₂ → 2 Fe₂O₃. Product molar mass: 159.70 g/mol.</w:t>
      </w:r>
    </w:p>
    <w:p>
      <w:pPr>
        <w:spacing w:before="60"/>
        <w:ind w:left="605"/>
      </w:pPr>
      <w:r>
        <w:rPr>
          <w:color w:val="4B6575"/>
          <w:sz w:val="18"/>
        </w:rPr>
        <w:t>a.  What is mol Fe₂O₃ per mol Fe in the balanced equation?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of Fe₂O₃ can form from 0.8 mol Fe?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What is the theoretical mass of Fe₂O₃ in grams? (M = 159.70 g/mol)</w:t>
      </w:r>
    </w:p>
    <w:p>
      <w:pPr>
        <w:spacing w:after="140"/>
        <w:ind w:left="720"/>
      </w:pP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0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B6575"/>
        <w:sz w:val="16"/>
      </w:rPr>
      <w:t>IntoChemistry · General Chemistry ·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186C8B"/>
        <w:sz w:val="16"/>
      </w:rPr>
      <w:t>INTOCHEMISTRY  /  GUIDED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02F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F4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