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Solutions &amp; dilution — Practice Worksheet</w:t>
      </w:r>
    </w:p>
    <w:p>
      <w:r>
        <w:rPr>
          <w:i/>
          <w:color w:val="4B6575"/>
          <w:sz w:val="20"/>
        </w:rPr>
        <w:t>Six multistep problems · built to pair with the IntoChemistry Problem-Solving Studio</w:t>
      </w:r>
    </w:p>
    <w:p>
      <w:r>
        <w:rPr>
          <w:sz w:val="18"/>
        </w:rPr>
        <w:t>Name: ________________________________________     Date: __________________</w:t>
      </w:r>
    </w:p>
    <w:p>
      <w:pPr>
        <w:spacing w:after="260"/>
      </w:pPr>
      <w:r>
        <w:t>Instructions: Show your dimensional-analysis setup and units. Round your final result to an appropriate number of significant figures. For particles, use 6.022 × 10²³ mol⁻¹.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1.  Sodium chloride concentration</w:t>
      </w:r>
    </w:p>
    <w:p>
      <w:pPr>
        <w:ind w:left="605"/>
      </w:pPr>
      <w:r>
        <w:rPr>
          <w:color w:val="4B6575"/>
          <w:sz w:val="18"/>
        </w:rPr>
        <w:t>Dissolve 5.844 g of NaCl and add water to reach a final solution volume of 250 mL.</w:t>
      </w:r>
    </w:p>
    <w:p>
      <w:pPr>
        <w:ind w:left="605"/>
      </w:pPr>
      <w:r>
        <w:rPr>
          <w:color w:val="4B6575"/>
          <w:sz w:val="18"/>
        </w:rPr>
        <w:t>Molarity = moles solute ÷ liters of solution. Molar mass NaCl = 58.44 g/mol.</w:t>
      </w:r>
    </w:p>
    <w:p>
      <w:pPr>
        <w:spacing w:before="60"/>
        <w:ind w:left="605"/>
      </w:pPr>
      <w:r>
        <w:rPr>
          <w:color w:val="4B6575"/>
          <w:sz w:val="18"/>
        </w:rPr>
        <w:t>a.  Convert 250 mL of solution to liters.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are in 5.844 g NaCl? (M = 58.44 g/mol)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Calculate the molar concentration of the final solution.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2.  Potassium nitrate concentration</w:t>
      </w:r>
    </w:p>
    <w:p>
      <w:pPr>
        <w:ind w:left="605"/>
      </w:pPr>
      <w:r>
        <w:rPr>
          <w:color w:val="4B6575"/>
          <w:sz w:val="18"/>
        </w:rPr>
        <w:t>Dissolve 10.111 g of KNO₃ and add water to reach a final solution volume of 500 mL.</w:t>
      </w:r>
    </w:p>
    <w:p>
      <w:pPr>
        <w:ind w:left="605"/>
      </w:pPr>
      <w:r>
        <w:rPr>
          <w:color w:val="4B6575"/>
          <w:sz w:val="18"/>
        </w:rPr>
        <w:t>Molarity = moles solute ÷ liters of solution. Molar mass KNO₃ = 101.11 g/mol.</w:t>
      </w:r>
    </w:p>
    <w:p>
      <w:pPr>
        <w:spacing w:before="60"/>
        <w:ind w:left="605"/>
      </w:pPr>
      <w:r>
        <w:rPr>
          <w:color w:val="4B6575"/>
          <w:sz w:val="18"/>
        </w:rPr>
        <w:t>a.  Convert 500 mL of solution to liters.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are in 10.111 g KNO₃? (M = 101.11 g/mol)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Calculate the molar concentration of the final solution.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3.  Sodium hydroxide concentration</w:t>
      </w:r>
    </w:p>
    <w:p>
      <w:pPr>
        <w:ind w:left="605"/>
      </w:pPr>
      <w:r>
        <w:rPr>
          <w:color w:val="4B6575"/>
          <w:sz w:val="18"/>
        </w:rPr>
        <w:t>Dissolve 2 g of NaOH and add water to reach a final solution volume of 200 mL.</w:t>
      </w:r>
    </w:p>
    <w:p>
      <w:pPr>
        <w:ind w:left="605"/>
      </w:pPr>
      <w:r>
        <w:rPr>
          <w:color w:val="4B6575"/>
          <w:sz w:val="18"/>
        </w:rPr>
        <w:t>Molarity = moles solute ÷ liters of solution. Molar mass NaOH = 40.00 g/mol.</w:t>
      </w:r>
    </w:p>
    <w:p>
      <w:pPr>
        <w:spacing w:before="60"/>
        <w:ind w:left="605"/>
      </w:pPr>
      <w:r>
        <w:rPr>
          <w:color w:val="4B6575"/>
          <w:sz w:val="18"/>
        </w:rPr>
        <w:t>a.  Convert 200 mL of solution to liters.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are in 2 g NaOH? (M = 40.00 g/mol)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Calculate the molar concentration of the final solution.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4.  Dilute 2.00 M stock</w:t>
      </w:r>
    </w:p>
    <w:p>
      <w:pPr>
        <w:ind w:left="605"/>
      </w:pPr>
      <w:r>
        <w:rPr>
          <w:color w:val="4B6575"/>
          <w:sz w:val="18"/>
        </w:rPr>
        <w:t>Prepare 250 mL of a 0.5 M solution from a 2 M stock. Assume solute amount is conserved during dilution.</w:t>
      </w:r>
    </w:p>
    <w:p>
      <w:pPr>
        <w:ind w:left="605"/>
      </w:pPr>
      <w:r>
        <w:rPr>
          <w:color w:val="4B6575"/>
          <w:sz w:val="18"/>
        </w:rPr>
        <w:t>Dilution: M₁V₁ = M₂V₂; stock M₁ = 2 M; final M₂ = 0.5 M.</w:t>
      </w:r>
    </w:p>
    <w:p>
      <w:pPr>
        <w:spacing w:before="60"/>
        <w:ind w:left="605"/>
      </w:pPr>
      <w:r>
        <w:rPr>
          <w:color w:val="4B6575"/>
          <w:sz w:val="18"/>
        </w:rPr>
        <w:t>a.  Convert final volume 250 mL into liters.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Calculate the moles of solute in the final 0.5 M solution.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What volume of 2 M stock is needed in milliliters?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5.  Dilute 1.50 M stock</w:t>
      </w:r>
    </w:p>
    <w:p>
      <w:pPr>
        <w:ind w:left="605"/>
      </w:pPr>
      <w:r>
        <w:rPr>
          <w:color w:val="4B6575"/>
          <w:sz w:val="18"/>
        </w:rPr>
        <w:t>Prepare 100 mL of a 0.3 M solution from a 1.5 M stock. Assume solute amount is conserved during dilution.</w:t>
      </w:r>
    </w:p>
    <w:p>
      <w:pPr>
        <w:ind w:left="605"/>
      </w:pPr>
      <w:r>
        <w:rPr>
          <w:color w:val="4B6575"/>
          <w:sz w:val="18"/>
        </w:rPr>
        <w:t>Dilution: M₁V₁ = M₂V₂; stock M₁ = 1.5 M; final M₂ = 0.3 M.</w:t>
      </w:r>
    </w:p>
    <w:p>
      <w:pPr>
        <w:spacing w:before="60"/>
        <w:ind w:left="605"/>
      </w:pPr>
      <w:r>
        <w:rPr>
          <w:color w:val="4B6575"/>
          <w:sz w:val="18"/>
        </w:rPr>
        <w:t>a.  Convert final volume 100 mL into liters.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Calculate the moles of solute in the final 0.3 M solution.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What volume of 1.5 M stock is needed in milliliters?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6.  Dilute 0.800 M stock</w:t>
      </w:r>
    </w:p>
    <w:p>
      <w:pPr>
        <w:ind w:left="605"/>
      </w:pPr>
      <w:r>
        <w:rPr>
          <w:color w:val="4B6575"/>
          <w:sz w:val="18"/>
        </w:rPr>
        <w:t>Prepare 500 mL of a 0.2 M solution from a 0.8 M stock. Assume solute amount is conserved during dilution.</w:t>
      </w:r>
    </w:p>
    <w:p>
      <w:pPr>
        <w:ind w:left="605"/>
      </w:pPr>
      <w:r>
        <w:rPr>
          <w:color w:val="4B6575"/>
          <w:sz w:val="18"/>
        </w:rPr>
        <w:t>Dilution: M₁V₁ = M₂V₂; stock M₁ = 0.8 M; final M₂ = 0.2 M.</w:t>
      </w:r>
    </w:p>
    <w:p>
      <w:pPr>
        <w:spacing w:before="60"/>
        <w:ind w:left="605"/>
      </w:pPr>
      <w:r>
        <w:rPr>
          <w:color w:val="4B6575"/>
          <w:sz w:val="18"/>
        </w:rPr>
        <w:t>a.  Convert final volume 500 mL into liters.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Calculate the moles of solute in the final 0.2 M solution.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What volume of 0.8 M stock is needed in milliliters?</w:t>
      </w:r>
    </w:p>
    <w:p>
      <w:pPr>
        <w:spacing w:after="140"/>
        <w:ind w:left="720"/>
      </w:pPr>
      <w:r>
        <w:t xml:space="preserve"> 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0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B6575"/>
        <w:sz w:val="16"/>
      </w:rPr>
      <w:t>IntoChemistry · General Chemistry · Student Practice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186C8B"/>
        <w:sz w:val="16"/>
      </w:rPr>
      <w:t>INTOCHEMISTRY  /  GUIDED PRACTICE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02F4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2F4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