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Williamson Ether Synthesis — Student Worksheet</w:t>
      </w:r>
    </w:p>
    <w:p>
      <w:r>
        <w:rPr>
          <w:sz w:val="18"/>
        </w:rPr>
        <w:t>Name: ____________________________________    Date: _______________    Topic: Ethers</w:t>
      </w:r>
    </w:p>
    <w:p>
      <w:r>
        <w:rPr>
          <w:i/>
        </w:rPr>
        <w:t>Complete each transformation with reagents, a short explanation, and any important selectivity limitation. Show reasoning; there may be more than one defensible synthetic route.</w:t>
      </w:r>
    </w:p>
    <w:p>
      <w:pPr>
        <w:spacing w:before="260" w:after="160"/>
      </w:pPr>
      <w:r>
        <w:rPr>
          <w:b/>
          <w:sz w:val="19"/>
        </w:rPr>
        <w:t>1. Plan the conversion: CH3CH2OH + CH3I → CH3CH2OCH3.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2. Plan the conversion: Phenol (C6H5OH) + CH3I → Anisole (C6H5OCH3).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3. Plan the conversion: CH3CH2CH2OH + CH3CH2Br → CH3CH2CH2OCH2CH3.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4. Plan the conversion: (CH3)2CHOH + CH3I → (CH3)2CHOCH3.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r>
        <w:br w:type="page"/>
      </w:r>
    </w:p>
    <w:p>
      <w:pPr>
        <w:spacing w:before="260" w:after="160"/>
      </w:pPr>
      <w:r>
        <w:rPr>
          <w:b/>
          <w:sz w:val="19"/>
        </w:rPr>
        <w:t>5. Plan the conversion: (CH3)3COH + CH3I → (CH3)3COCH3.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6. Plan the conversion: Target: ethyl tert-butyl ether → (CH3)3COCH2CH3.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7. Why is tert-butyl bromide generally a poor Williamson SN2 electrophile?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8. Explain why methyl iodide can work with a bulky alkoxide.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1778B"/>
        <w:sz w:val="16"/>
      </w:rPr>
      <w:t>IntoChemistry • Conceptual reaction planning • Not a laboratory procedure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btitle"/>
    </w:pPr>
    <w:r>
      <w:rPr>
        <w:color w:val="126ABC"/>
        <w:sz w:val="18"/>
      </w:rPr>
      <w:t>⚗  INTOCHEMISTRY  /  ORGANIC SYNTHESIS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0325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25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0325A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