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Atomic Structure, Isotopes &amp; Atomic Mass</w:t>
      </w:r>
    </w:p>
    <w:p>
      <w:pPr>
        <w:pStyle w:val="Subtitle"/>
      </w:pPr>
      <w:r>
        <w:rPr>
          <w:color w:val="1466A3"/>
        </w:rPr>
        <w:t>STUDENT PRACTICE WORKSHEET</w:t>
      </w:r>
    </w:p>
    <w:p>
      <w:pPr>
        <w:spacing w:after="160"/>
      </w:pPr>
      <w:r>
        <w:t>Name: _________________________________________    Date: __________________</w:t>
      </w:r>
    </w:p>
    <w:p>
      <w:pPr>
        <w:spacing w:after="180"/>
      </w:pPr>
      <w:r>
        <w:t>Directions: Circle the best answer for 1–6. Show your full reasoning and units for 7–8. Compare with the separate key after completing the page.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What determines the identity of an element?</w:t>
      </w:r>
    </w:p>
    <w:p>
      <w:pPr>
        <w:spacing w:after="200"/>
        <w:ind w:left="619"/>
      </w:pPr>
      <w:r>
        <w:t>A. neutron count    B. proton count    C. mass number    D. electron energy</w:t>
      </w:r>
    </w:p>
    <w:p>
      <w:pPr>
        <w:spacing w:before="80"/>
        <w:ind w:left="533" w:hanging="389"/>
      </w:pPr>
      <w:r>
        <w:rPr>
          <w:b/>
        </w:rPr>
        <w:t>2.  How many neutrons are in carbon-14?</w:t>
      </w:r>
    </w:p>
    <w:p>
      <w:pPr>
        <w:spacing w:after="200"/>
        <w:ind w:left="619"/>
      </w:pPr>
      <w:r>
        <w:t>A. 6    B. 8    C. 14    D. 20</w:t>
      </w:r>
    </w:p>
    <w:p>
      <w:pPr>
        <w:spacing w:before="80"/>
        <w:ind w:left="533" w:hanging="389"/>
      </w:pPr>
      <w:r>
        <w:rPr>
          <w:b/>
        </w:rPr>
        <w:t>3.  How many electrons are in Mg²⁺?</w:t>
      </w:r>
    </w:p>
    <w:p>
      <w:pPr>
        <w:spacing w:after="200"/>
        <w:ind w:left="619"/>
      </w:pPr>
      <w:r>
        <w:t>A. 10    B. 12    C. 14    D. 24</w:t>
      </w:r>
    </w:p>
    <w:p>
      <w:pPr>
        <w:spacing w:before="80"/>
        <w:ind w:left="533" w:hanging="389"/>
      </w:pPr>
      <w:r>
        <w:rPr>
          <w:b/>
        </w:rPr>
        <w:t>4.  Two isotopes of the same element differ in what?</w:t>
      </w:r>
    </w:p>
    <w:p>
      <w:pPr>
        <w:spacing w:after="200"/>
        <w:ind w:left="619"/>
      </w:pPr>
      <w:r>
        <w:t>A. protons    B. element identity    C. neutrons    D. atomic number</w:t>
      </w:r>
    </w:p>
    <w:p>
      <w:pPr>
        <w:spacing w:before="80"/>
        <w:ind w:left="533" w:hanging="389"/>
      </w:pPr>
      <w:r>
        <w:rPr>
          <w:b/>
        </w:rPr>
        <w:t>5.  An atom contains 11 protons and 12 neutrons. Its mass number is…</w:t>
      </w:r>
    </w:p>
    <w:p>
      <w:pPr>
        <w:spacing w:after="200"/>
        <w:ind w:left="619"/>
      </w:pPr>
      <w:r>
        <w:t>A. 1    B. 11    C. 12    D. 23</w:t>
      </w:r>
    </w:p>
    <w:p>
      <w:pPr>
        <w:spacing w:before="80"/>
        <w:ind w:left="533" w:hanging="389"/>
      </w:pPr>
      <w:r>
        <w:rPr>
          <w:b/>
        </w:rPr>
        <w:t>6.  What does the periodic-table atomic mass typically represent?</w:t>
      </w:r>
    </w:p>
    <w:p>
      <w:pPr>
        <w:spacing w:after="200"/>
        <w:ind w:left="619"/>
      </w:pPr>
      <w:r>
        <w:t>A. one isotope’s mass number    B. a weighted isotope average    C. the neutron number    D. the ion charge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How many neutrons are in chlorine-37?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ind w:left="533" w:hanging="389"/>
      </w:pPr>
      <w:r>
        <w:t>8.  Explain why this guideline matters, with an example of what could go wrong if you ignore it: Do not subtract electrons to calculate neutron count; use mass number minus proton number.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pStyle w:val="Heading2"/>
      </w:pPr>
      <w:r>
        <w:t>REFERENCE RELATIONSHIP</w:t>
      </w:r>
    </w:p>
    <w:p>
      <w:pPr/>
      <w:r>
        <w:t>mass number A = protons + neutrons; average atomic mass = Σ(fraction × isotope mass)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