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Electron Configurations &amp; Orbital Diagrams</w:t>
      </w:r>
    </w:p>
    <w:p>
      <w:pPr>
        <w:pStyle w:val="Subtitle"/>
      </w:pPr>
      <w:r>
        <w:rPr>
          <w:color w:val="1466A3"/>
        </w:rPr>
        <w:t>INSTRUCTOR / SELF-STUDY ANSWER KEY</w:t>
      </w:r>
    </w:p>
    <w:p>
      <w:pPr>
        <w:spacing w:after="160"/>
      </w:pPr>
      <w:r>
        <w:t>Answers and reasoning appear in red. Use these to discuss why incorrect choices are incorrect.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Maximum electrons in a p subshell?</w:t>
      </w:r>
    </w:p>
    <w:p>
      <w:pPr>
        <w:spacing w:after="160"/>
        <w:ind w:left="619"/>
      </w:pPr>
      <w:r>
        <w:rPr>
          <w:color w:val="C6182D"/>
        </w:rPr>
        <w:t>Answer: B. 6  —  Three p orbitals hold two each.</w:t>
      </w:r>
    </w:p>
    <w:p>
      <w:pPr>
        <w:spacing w:before="80"/>
        <w:ind w:left="533" w:hanging="389"/>
      </w:pPr>
      <w:r>
        <w:rPr>
          <w:b/>
        </w:rPr>
        <w:t>2.  Which configuration describes neutral sodium?</w:t>
      </w:r>
    </w:p>
    <w:p>
      <w:pPr>
        <w:spacing w:after="160"/>
        <w:ind w:left="619"/>
      </w:pPr>
      <w:r>
        <w:rPr>
          <w:color w:val="C6182D"/>
        </w:rPr>
        <w:t>Answer: A. [Ne] 3s¹  —  Sodium has 11 electrons; 10 are in the neon core.</w:t>
      </w:r>
    </w:p>
    <w:p>
      <w:pPr>
        <w:spacing w:before="80"/>
        <w:ind w:left="533" w:hanging="389"/>
      </w:pPr>
      <w:r>
        <w:rPr>
          <w:b/>
        </w:rPr>
        <w:t>3.  The electron configuration of Mg²⁺ is…</w:t>
      </w:r>
    </w:p>
    <w:p>
      <w:pPr>
        <w:spacing w:after="160"/>
        <w:ind w:left="619"/>
      </w:pPr>
      <w:r>
        <w:rPr>
          <w:color w:val="C6182D"/>
        </w:rPr>
        <w:t>Answer: A. [Ne]  —  Mg²⁺ has lost its two 3s electrons.</w:t>
      </w:r>
    </w:p>
    <w:p>
      <w:pPr>
        <w:spacing w:before="80"/>
        <w:ind w:left="533" w:hanging="389"/>
      </w:pPr>
      <w:r>
        <w:rPr>
          <w:b/>
        </w:rPr>
        <w:t>4.  Which rule describes single filling of equal-energy p orbitals?</w:t>
      </w:r>
    </w:p>
    <w:p>
      <w:pPr>
        <w:spacing w:after="160"/>
        <w:ind w:left="619"/>
      </w:pPr>
      <w:r>
        <w:rPr>
          <w:color w:val="C6182D"/>
        </w:rPr>
        <w:t>Answer: B. Hund’s rule  —  Hund’s rule favors singly occupying degenerate orbitals before pairing.</w:t>
      </w:r>
    </w:p>
    <w:p>
      <w:pPr>
        <w:spacing w:before="80"/>
        <w:ind w:left="533" w:hanging="389"/>
      </w:pPr>
      <w:r>
        <w:rPr>
          <w:b/>
        </w:rPr>
        <w:t>5.  Which pair of electrons may share one orbital?</w:t>
      </w:r>
    </w:p>
    <w:p>
      <w:pPr>
        <w:spacing w:after="160"/>
        <w:ind w:left="619"/>
      </w:pPr>
      <w:r>
        <w:rPr>
          <w:color w:val="C6182D"/>
        </w:rPr>
        <w:t>Answer: B. opposite spins  —  Pauli requires opposite spins for two electrons in one orbital.</w:t>
      </w:r>
    </w:p>
    <w:p>
      <w:pPr>
        <w:spacing w:before="80"/>
        <w:ind w:left="533" w:hanging="389"/>
      </w:pPr>
      <w:r>
        <w:rPr>
          <w:b/>
        </w:rPr>
        <w:t>6.  For Fe²⁺, which electrons are removed first from neutral Fe?</w:t>
      </w:r>
    </w:p>
    <w:p>
      <w:pPr>
        <w:spacing w:after="160"/>
        <w:ind w:left="619"/>
      </w:pPr>
      <w:r>
        <w:rPr>
          <w:color w:val="C6182D"/>
        </w:rPr>
        <w:t>Answer: C. 4s  —  For first-row transition metal cations, 4s electrons are removed before 3d.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Write the electron configuration of chlorine (Z = 17).</w:t>
      </w:r>
    </w:p>
    <w:p>
      <w:pPr>
        <w:ind w:left="547"/>
      </w:pPr>
      <w:r>
        <w:rPr>
          <w:color w:val="C6182D"/>
        </w:rPr>
        <w:t>Model solution: Fill 17 electrons: 1s² 2s² 2p⁶ 3s² 3p⁵. Shorthand: [Ne] 3s² 3p⁵. Final answer: [Ne] 3s² 3p⁵</w:t>
      </w:r>
    </w:p>
    <w:p>
      <w:pPr>
        <w:ind w:left="533" w:hanging="389"/>
      </w:pPr>
      <w:r>
        <w:t>8.  Explain why this guideline matters, with an example of what could go wrong if you ignore it: Do not apply Aufbau as an exception-free law: some atoms such as Cr and Cu have configurations beyond the simplest filling prediction.</w:t>
      </w:r>
    </w:p>
    <w:p>
      <w:pPr>
        <w:ind w:left="547"/>
      </w:pPr>
      <w:r>
        <w:rPr>
          <w:color w:val="C6182D"/>
        </w:rPr>
        <w:t>Model explanation: Do not apply Aufbau as an exception-free law: some atoms such as Cr and Cu have configurations beyond the simplest filling prediction. Example/check: Use the lowest-available-energy orbitals while respecting electron capacities. A common introductory order begins 1s, 2s, 2p, 3s, 3p, 4s, 3d.</w:t>
      </w:r>
    </w:p>
    <w:p>
      <w:pPr>
        <w:pStyle w:val="Heading2"/>
      </w:pPr>
      <w:r>
        <w:t>REFERENCE RELATIONSHIP</w:t>
      </w:r>
    </w:p>
    <w:p>
      <w:pPr/>
      <w:r>
        <w:t>s holds 2, p holds 6, d holds 10, f holds 14 electrons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