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Thermochemistry &amp; Calorimetry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An exothermic reaction has…</w:t>
      </w:r>
    </w:p>
    <w:p>
      <w:pPr>
        <w:spacing w:after="160"/>
        <w:ind w:left="619"/>
      </w:pPr>
      <w:r>
        <w:rPr>
          <w:color w:val="C6182D"/>
        </w:rPr>
        <w:t>Answer: B. negative ΔH  —  Heat leaves the reaction system so ΔH &lt; 0 at constant pressure.</w:t>
      </w:r>
    </w:p>
    <w:p>
      <w:pPr>
        <w:spacing w:before="80"/>
        <w:ind w:left="533" w:hanging="389"/>
      </w:pPr>
      <w:r>
        <w:rPr>
          <w:b/>
        </w:rPr>
        <w:t>2.  What is ΔT when Tinitial = 22 °C and Tfinal = 31 °C?</w:t>
      </w:r>
    </w:p>
    <w:p>
      <w:pPr>
        <w:spacing w:after="160"/>
        <w:ind w:left="619"/>
      </w:pPr>
      <w:r>
        <w:rPr>
          <w:color w:val="C6182D"/>
        </w:rPr>
        <w:t>Answer: B. 9 °C  —  ΔT = Tfinal − Tinitial = 9 °C.</w:t>
      </w:r>
    </w:p>
    <w:p>
      <w:pPr>
        <w:spacing w:before="80"/>
        <w:ind w:left="533" w:hanging="389"/>
      </w:pPr>
      <w:r>
        <w:rPr>
          <w:b/>
        </w:rPr>
        <w:t>3.  Heat capacity is used to connect heat with…</w:t>
      </w:r>
    </w:p>
    <w:p>
      <w:pPr>
        <w:spacing w:after="160"/>
        <w:ind w:left="619"/>
      </w:pPr>
      <w:r>
        <w:rPr>
          <w:color w:val="C6182D"/>
        </w:rPr>
        <w:t>Answer: C. temperature change  —  q = CΔT for the relevant object or system.</w:t>
      </w:r>
    </w:p>
    <w:p>
      <w:pPr>
        <w:spacing w:before="80"/>
        <w:ind w:left="533" w:hanging="389"/>
      </w:pPr>
      <w:r>
        <w:rPr>
          <w:b/>
        </w:rPr>
        <w:t>4.  A 10.0 g sample with c = 2.0 J/(g °C) warms by 5.0 °C. q = …</w:t>
      </w:r>
    </w:p>
    <w:p>
      <w:pPr>
        <w:spacing w:after="160"/>
        <w:ind w:left="619"/>
      </w:pPr>
      <w:r>
        <w:rPr>
          <w:color w:val="C6182D"/>
        </w:rPr>
        <w:t>Answer: C. 100 J  —  10.0 × 2.0 × 5.0 = 100 J.</w:t>
      </w:r>
    </w:p>
    <w:p>
      <w:pPr>
        <w:spacing w:before="80"/>
        <w:ind w:left="533" w:hanging="389"/>
      </w:pPr>
      <w:r>
        <w:rPr>
          <w:b/>
        </w:rPr>
        <w:t>5.  The surroundings gain +200 J in an insulated idealization. The system loses…</w:t>
      </w:r>
    </w:p>
    <w:p>
      <w:pPr>
        <w:spacing w:after="160"/>
        <w:ind w:left="619"/>
      </w:pPr>
      <w:r>
        <w:rPr>
          <w:color w:val="C6182D"/>
        </w:rPr>
        <w:t>Answer: B. −200 J  —  Conservation of energy gives qsystem = −qsurroundings.</w:t>
      </w:r>
    </w:p>
    <w:p>
      <w:pPr>
        <w:spacing w:before="80"/>
        <w:ind w:left="533" w:hanging="389"/>
      </w:pPr>
      <w:r>
        <w:rPr>
          <w:b/>
        </w:rPr>
        <w:t>6.  Which quantity is a state function?</w:t>
      </w:r>
    </w:p>
    <w:p>
      <w:pPr>
        <w:spacing w:after="160"/>
        <w:ind w:left="619"/>
      </w:pPr>
      <w:r>
        <w:rPr>
          <w:color w:val="C6182D"/>
        </w:rPr>
        <w:t>Answer: C. enthalpy H  —  Enthalpy depends on system state rather than process path.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How much heat warms 75.0 g of water from 20.0 °C to 28.0 °C?</w:t>
      </w:r>
    </w:p>
    <w:p>
      <w:pPr>
        <w:ind w:left="547"/>
      </w:pPr>
      <w:r>
        <w:rPr>
          <w:color w:val="C6182D"/>
        </w:rPr>
        <w:t>Model solution: q = (75.0 g)(4.184 J g⁻¹ °C⁻¹)(8.0 °C) = 2.5104 × 10³ J, reported as 2.5 × 10³ J given ΔT = 8.0 °C. Sign is positive for the warming water. Final answer: +2.5 kJ (absorbed by water)</w:t>
      </w:r>
    </w:p>
    <w:p>
      <w:pPr>
        <w:ind w:left="533" w:hanging="389"/>
      </w:pPr>
      <w:r>
        <w:t>8.  Explain why this guideline matters, with an example of what could go wrong if you ignore it: The heat gained by water is not automatically the reaction enthalpy. In an insulated calorimeter, qreaction ≈ −qsurroundings after considering all relevant heat capacities.</w:t>
      </w:r>
    </w:p>
    <w:p>
      <w:pPr>
        <w:ind w:left="547"/>
      </w:pPr>
      <w:r>
        <w:rPr>
          <w:color w:val="C6182D"/>
        </w:rPr>
        <w:t>Model explanation: The heat gained by water is not automatically the reaction enthalpy. In an insulated calorimeter, qreaction ≈ −qsurroundings after considering all relevant heat capacities. Example/check: Specify what is reacting and what counts as surroundings. Heat absorbed by one part is released by another in an insulated model.</w:t>
      </w:r>
    </w:p>
    <w:p>
      <w:pPr>
        <w:pStyle w:val="Heading2"/>
      </w:pPr>
      <w:r>
        <w:t>REFERENCE RELATIONSHIP</w:t>
      </w:r>
    </w:p>
    <w:p>
      <w:pPr/>
      <w:r>
        <w:t>q = mcΔT; at constant pressure with only PV work, ΔH = qₚ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