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pH, pOH &amp; Strong Acids/Bases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A 0.010 M HCl solution has approximate pH…</w:t>
      </w:r>
    </w:p>
    <w:p>
      <w:pPr>
        <w:spacing w:after="160"/>
        <w:ind w:left="619"/>
      </w:pPr>
      <w:r>
        <w:rPr>
          <w:color w:val="C6182D"/>
        </w:rPr>
        <w:t>Answer: B. 2.00  —  −log(10⁻²) = 2.</w:t>
      </w:r>
    </w:p>
    <w:p>
      <w:pPr>
        <w:spacing w:before="80"/>
        <w:ind w:left="533" w:hanging="389"/>
      </w:pPr>
      <w:r>
        <w:rPr>
          <w:b/>
        </w:rPr>
        <w:t>2.  At 25 °C, a solution with pH 9.00 has pOH…</w:t>
      </w:r>
    </w:p>
    <w:p>
      <w:pPr>
        <w:spacing w:after="160"/>
        <w:ind w:left="619"/>
      </w:pPr>
      <w:r>
        <w:rPr>
          <w:color w:val="C6182D"/>
        </w:rPr>
        <w:t>Answer: A. 5.00  —  pOH = 14.00 − 9.00 = 5.00.</w:t>
      </w:r>
    </w:p>
    <w:p>
      <w:pPr>
        <w:spacing w:before="80"/>
        <w:ind w:left="533" w:hanging="389"/>
      </w:pPr>
      <w:r>
        <w:rPr>
          <w:b/>
        </w:rPr>
        <w:t>3.  Which solution has greater [H₃O⁺]?</w:t>
      </w:r>
    </w:p>
    <w:p>
      <w:pPr>
        <w:spacing w:after="160"/>
        <w:ind w:left="619"/>
      </w:pPr>
      <w:r>
        <w:rPr>
          <w:color w:val="C6182D"/>
        </w:rPr>
        <w:t>Answer: B. pH 5  —  Lower pH means higher hydronium concentration.</w:t>
      </w:r>
    </w:p>
    <w:p>
      <w:pPr>
        <w:spacing w:before="80"/>
        <w:ind w:left="533" w:hanging="389"/>
      </w:pPr>
      <w:r>
        <w:rPr>
          <w:b/>
        </w:rPr>
        <w:t>4.  A one-unit decrease in pH corresponds to how much increase in [H₃O⁺]?</w:t>
      </w:r>
    </w:p>
    <w:p>
      <w:pPr>
        <w:spacing w:after="160"/>
        <w:ind w:left="619"/>
      </w:pPr>
      <w:r>
        <w:rPr>
          <w:color w:val="C6182D"/>
        </w:rPr>
        <w:t>Answer: C. 10×  —  Because pH is logarithmic, one unit is a factor of 10.</w:t>
      </w:r>
    </w:p>
    <w:p>
      <w:pPr>
        <w:spacing w:before="80"/>
        <w:ind w:left="533" w:hanging="389"/>
      </w:pPr>
      <w:r>
        <w:rPr>
          <w:b/>
        </w:rPr>
        <w:t>5.  0.0010 M NaOH at 25 °C has approximate pH…</w:t>
      </w:r>
    </w:p>
    <w:p>
      <w:pPr>
        <w:spacing w:after="160"/>
        <w:ind w:left="619"/>
      </w:pPr>
      <w:r>
        <w:rPr>
          <w:color w:val="C6182D"/>
        </w:rPr>
        <w:t>Answer: C. 11.00  —  pOH ≈ 3.00 and pH ≈ 11.00.</w:t>
      </w:r>
    </w:p>
    <w:p>
      <w:pPr>
        <w:spacing w:before="80"/>
        <w:ind w:left="533" w:hanging="389"/>
      </w:pPr>
      <w:r>
        <w:rPr>
          <w:b/>
        </w:rPr>
        <w:t>6.  Which is a strong monoprotic acid in water?</w:t>
      </w:r>
    </w:p>
    <w:p>
      <w:pPr>
        <w:spacing w:after="160"/>
        <w:ind w:left="619"/>
      </w:pPr>
      <w:r>
        <w:rPr>
          <w:color w:val="C6182D"/>
        </w:rPr>
        <w:t>Answer: C. HCl  —  HCl ionizes essentially completely in dilute water.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What is the pH of 0.0010 M HCl at 25 °C?</w:t>
      </w:r>
    </w:p>
    <w:p>
      <w:pPr>
        <w:ind w:left="547"/>
      </w:pPr>
      <w:r>
        <w:rPr>
          <w:color w:val="C6182D"/>
        </w:rPr>
        <w:t>Model solution: [H₃O⁺] ≈ 1.0 × 10⁻³ M, so pH = −log₁₀(1.0 × 10⁻³) = 3.00. Final answer: pH 3.00</w:t>
      </w:r>
    </w:p>
    <w:p>
      <w:pPr>
        <w:ind w:left="533" w:hanging="389"/>
      </w:pPr>
      <w:r>
        <w:t>8.  Explain why this guideline matters, with an example of what could go wrong if you ignore it: Do not assume that pH + pOH = 14 at every temperature; 14.00 is the standard classroom approximation at 25 °C.</w:t>
      </w:r>
    </w:p>
    <w:p>
      <w:pPr>
        <w:ind w:left="547"/>
      </w:pPr>
      <w:r>
        <w:rPr>
          <w:color w:val="C6182D"/>
        </w:rPr>
        <w:t>Model explanation: Do not assume that pH + pOH = 14 at every temperature; 14.00 is the standard classroom approximation at 25 °C. Example/check: A difference of one pH unit corresponds to a tenfold change in hydronium concentration; smaller pH means larger [H₃O⁺].</w:t>
      </w:r>
    </w:p>
    <w:p>
      <w:pPr>
        <w:pStyle w:val="Heading2"/>
      </w:pPr>
      <w:r>
        <w:t>REFERENCE RELATIONSHIP</w:t>
      </w:r>
    </w:p>
    <w:p>
      <w:pPr/>
      <w:r>
        <w:t>pH = −log₁₀[H₃O⁺]; at 25 °C, pH + pOH = 14.00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