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Thermochemistry &amp; Calorimetry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An exothermic reaction has…</w:t>
      </w:r>
    </w:p>
    <w:p>
      <w:pPr>
        <w:spacing w:after="200"/>
        <w:ind w:left="619"/>
      </w:pPr>
      <w:r>
        <w:t>A. positive ΔH    B. negative ΔH    C. zero ΔH always    D. no heat transfer</w:t>
      </w:r>
    </w:p>
    <w:p>
      <w:pPr>
        <w:spacing w:before="80"/>
        <w:ind w:left="533" w:hanging="389"/>
      </w:pPr>
      <w:r>
        <w:rPr>
          <w:b/>
        </w:rPr>
        <w:t>2.  What is ΔT when Tinitial = 22 °C and Tfinal = 31 °C?</w:t>
      </w:r>
    </w:p>
    <w:p>
      <w:pPr>
        <w:spacing w:after="200"/>
        <w:ind w:left="619"/>
      </w:pPr>
      <w:r>
        <w:t>A. −9 °C    B. 9 °C    C. 53 °C    D. 0 °C</w:t>
      </w:r>
    </w:p>
    <w:p>
      <w:pPr>
        <w:spacing w:before="80"/>
        <w:ind w:left="533" w:hanging="389"/>
      </w:pPr>
      <w:r>
        <w:rPr>
          <w:b/>
        </w:rPr>
        <w:t>3.  Heat capacity is used to connect heat with…</w:t>
      </w:r>
    </w:p>
    <w:p>
      <w:pPr>
        <w:spacing w:after="200"/>
        <w:ind w:left="619"/>
      </w:pPr>
      <w:r>
        <w:t>A. volume only    B. pressure only    C. temperature change    D. atomic number</w:t>
      </w:r>
    </w:p>
    <w:p>
      <w:pPr>
        <w:spacing w:before="80"/>
        <w:ind w:left="533" w:hanging="389"/>
      </w:pPr>
      <w:r>
        <w:rPr>
          <w:b/>
        </w:rPr>
        <w:t>4.  A 10.0 g sample with c = 2.0 J/(g °C) warms by 5.0 °C. q = …</w:t>
      </w:r>
    </w:p>
    <w:p>
      <w:pPr>
        <w:spacing w:after="200"/>
        <w:ind w:left="619"/>
      </w:pPr>
      <w:r>
        <w:t>A. 4.0 J    B. 25 J    C. 100 J    D. 0.25 J</w:t>
      </w:r>
    </w:p>
    <w:p>
      <w:pPr>
        <w:spacing w:before="80"/>
        <w:ind w:left="533" w:hanging="389"/>
      </w:pPr>
      <w:r>
        <w:rPr>
          <w:b/>
        </w:rPr>
        <w:t>5.  The surroundings gain +200 J in an insulated idealization. The system loses…</w:t>
      </w:r>
    </w:p>
    <w:p>
      <w:pPr>
        <w:spacing w:after="200"/>
        <w:ind w:left="619"/>
      </w:pPr>
      <w:r>
        <w:t>A. +200 J    B. −200 J    C. 0 J    D. +400 J</w:t>
      </w:r>
    </w:p>
    <w:p>
      <w:pPr>
        <w:spacing w:before="80"/>
        <w:ind w:left="533" w:hanging="389"/>
      </w:pPr>
      <w:r>
        <w:rPr>
          <w:b/>
        </w:rPr>
        <w:t>6.  Which quantity is a state function?</w:t>
      </w:r>
    </w:p>
    <w:p>
      <w:pPr>
        <w:spacing w:after="200"/>
        <w:ind w:left="619"/>
      </w:pPr>
      <w:r>
        <w:t>A. heat q    B. work w    C. enthalpy H    D. path length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How much heat warms 75.0 g of water from 20.0 °C to 28.0 °C?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The heat gained by water is not automatically the reaction enthalpy. In an insulated calorimeter, qreaction ≈ −qsurroundings after considering all relevant heat capacities.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q = mcΔT; at constant pressure with only PV work, ΔH = qₚ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