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Atomic Structure, Isotopes &amp; Atomic Mass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What determines the identity of an element?</w:t>
      </w:r>
    </w:p>
    <w:p>
      <w:pPr>
        <w:spacing w:after="160"/>
        <w:ind w:left="619"/>
      </w:pPr>
      <w:r>
        <w:rPr>
          <w:color w:val="C6182D"/>
        </w:rPr>
        <w:t>Answer: B. proton count  —  Atomic number is the proton count.</w:t>
      </w:r>
    </w:p>
    <w:p>
      <w:pPr>
        <w:spacing w:before="80"/>
        <w:ind w:left="533" w:hanging="389"/>
      </w:pPr>
      <w:r>
        <w:rPr>
          <w:b/>
        </w:rPr>
        <w:t>2.  How many neutrons are in carbon-14?</w:t>
      </w:r>
    </w:p>
    <w:p>
      <w:pPr>
        <w:spacing w:after="160"/>
        <w:ind w:left="619"/>
      </w:pPr>
      <w:r>
        <w:rPr>
          <w:color w:val="C6182D"/>
        </w:rPr>
        <w:t>Answer: B. 8  —  14 − 6 = 8.</w:t>
      </w:r>
    </w:p>
    <w:p>
      <w:pPr>
        <w:spacing w:before="80"/>
        <w:ind w:left="533" w:hanging="389"/>
      </w:pPr>
      <w:r>
        <w:rPr>
          <w:b/>
        </w:rPr>
        <w:t>3.  How many electrons are in Mg²⁺?</w:t>
      </w:r>
    </w:p>
    <w:p>
      <w:pPr>
        <w:spacing w:after="160"/>
        <w:ind w:left="619"/>
      </w:pPr>
      <w:r>
        <w:rPr>
          <w:color w:val="C6182D"/>
        </w:rPr>
        <w:t>Answer: A. 10  —  A neutral Mg atom has 12 electrons and Mg²⁺ has lost two.</w:t>
      </w:r>
    </w:p>
    <w:p>
      <w:pPr>
        <w:spacing w:before="80"/>
        <w:ind w:left="533" w:hanging="389"/>
      </w:pPr>
      <w:r>
        <w:rPr>
          <w:b/>
        </w:rPr>
        <w:t>4.  Two isotopes of the same element differ in what?</w:t>
      </w:r>
    </w:p>
    <w:p>
      <w:pPr>
        <w:spacing w:after="160"/>
        <w:ind w:left="619"/>
      </w:pPr>
      <w:r>
        <w:rPr>
          <w:color w:val="C6182D"/>
        </w:rPr>
        <w:t>Answer: C. neutrons  —  Isotopes share Z but have different neutron counts.</w:t>
      </w:r>
    </w:p>
    <w:p>
      <w:pPr>
        <w:spacing w:before="80"/>
        <w:ind w:left="533" w:hanging="389"/>
      </w:pPr>
      <w:r>
        <w:rPr>
          <w:b/>
        </w:rPr>
        <w:t>5.  An atom contains 11 protons and 12 neutrons. Its mass number is…</w:t>
      </w:r>
    </w:p>
    <w:p>
      <w:pPr>
        <w:spacing w:after="160"/>
        <w:ind w:left="619"/>
      </w:pPr>
      <w:r>
        <w:rPr>
          <w:color w:val="C6182D"/>
        </w:rPr>
        <w:t>Answer: D. 23  —  A = 11 + 12 = 23.</w:t>
      </w:r>
    </w:p>
    <w:p>
      <w:pPr>
        <w:spacing w:before="80"/>
        <w:ind w:left="533" w:hanging="389"/>
      </w:pPr>
      <w:r>
        <w:rPr>
          <w:b/>
        </w:rPr>
        <w:t>6.  What does the periodic-table atomic mass typically represent?</w:t>
      </w:r>
    </w:p>
    <w:p>
      <w:pPr>
        <w:spacing w:after="160"/>
        <w:ind w:left="619"/>
      </w:pPr>
      <w:r>
        <w:rPr>
          <w:color w:val="C6182D"/>
        </w:rPr>
        <w:t>Answer: B. a weighted isotope average  —  Natural isotope abundances determine the weighted mean.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How many neutrons are in chlorine-37?</w:t>
      </w:r>
    </w:p>
    <w:p>
      <w:pPr>
        <w:ind w:left="547"/>
      </w:pPr>
      <w:r>
        <w:rPr>
          <w:color w:val="C6182D"/>
        </w:rPr>
        <w:t>Model solution: Chlorine has atomic number 17, so neutrons = 37 − 17 = 20. A neutral chlorine-37 atom also has 17 electrons. Final answer: 20 neutrons</w:t>
      </w:r>
    </w:p>
    <w:p>
      <w:pPr>
        <w:ind w:left="533" w:hanging="389"/>
      </w:pPr>
      <w:r>
        <w:t>8.  Explain why this guideline matters, with an example of what could go wrong if you ignore it: Do not subtract electrons to calculate neutron count; use mass number minus proton number.</w:t>
      </w:r>
    </w:p>
    <w:p>
      <w:pPr>
        <w:ind w:left="547"/>
      </w:pPr>
      <w:r>
        <w:rPr>
          <w:color w:val="C6182D"/>
        </w:rPr>
        <w:t>Model explanation: Do not subtract electrons to calculate neutron count; use mass number minus proton number. Example/check: The atomic number Z equals the number of protons. A neutral atom has the same number of electrons; ions differ in electron count.</w:t>
      </w:r>
    </w:p>
    <w:p>
      <w:pPr>
        <w:pStyle w:val="Heading2"/>
      </w:pPr>
      <w:r>
        <w:t>REFERENCE RELATIONSHIP</w:t>
      </w:r>
    </w:p>
    <w:p>
      <w:pPr/>
      <w:r>
        <w:t>mass number A = protons + neutrons; average atomic mass = Σ(fraction × isotope mass)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