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pH, pOH &amp; Strong Acids/Bases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 0.010 M HCl solution has approximate pH…</w:t>
      </w:r>
    </w:p>
    <w:p>
      <w:pPr>
        <w:spacing w:after="200"/>
        <w:ind w:left="619"/>
      </w:pPr>
      <w:r>
        <w:t>A. 1.00    B. 2.00    C. 10.00    D. 12.00</w:t>
      </w:r>
    </w:p>
    <w:p>
      <w:pPr>
        <w:spacing w:before="80"/>
        <w:ind w:left="533" w:hanging="389"/>
      </w:pPr>
      <w:r>
        <w:rPr>
          <w:b/>
        </w:rPr>
        <w:t>2.  At 25 °C, a solution with pH 9.00 has pOH…</w:t>
      </w:r>
    </w:p>
    <w:p>
      <w:pPr>
        <w:spacing w:after="200"/>
        <w:ind w:left="619"/>
      </w:pPr>
      <w:r>
        <w:t>A. 5.00    B. 9.00    C. 14.00    D. −5.00</w:t>
      </w:r>
    </w:p>
    <w:p>
      <w:pPr>
        <w:spacing w:before="80"/>
        <w:ind w:left="533" w:hanging="389"/>
      </w:pPr>
      <w:r>
        <w:rPr>
          <w:b/>
        </w:rPr>
        <w:t>3.  Which solution has greater [H₃O⁺]?</w:t>
      </w:r>
    </w:p>
    <w:p>
      <w:pPr>
        <w:spacing w:after="200"/>
        <w:ind w:left="619"/>
      </w:pPr>
      <w:r>
        <w:t>A. pH 6    B. pH 5    C. same    D. cannot compare</w:t>
      </w:r>
    </w:p>
    <w:p>
      <w:pPr>
        <w:spacing w:before="80"/>
        <w:ind w:left="533" w:hanging="389"/>
      </w:pPr>
      <w:r>
        <w:rPr>
          <w:b/>
        </w:rPr>
        <w:t>4.  A one-unit decrease in pH corresponds to how much increase in [H₃O⁺]?</w:t>
      </w:r>
    </w:p>
    <w:p>
      <w:pPr>
        <w:spacing w:after="200"/>
        <w:ind w:left="619"/>
      </w:pPr>
      <w:r>
        <w:t>A. 2×    B. 5×    C. 10×    D. 100×</w:t>
      </w:r>
    </w:p>
    <w:p>
      <w:pPr>
        <w:spacing w:before="80"/>
        <w:ind w:left="533" w:hanging="389"/>
      </w:pPr>
      <w:r>
        <w:rPr>
          <w:b/>
        </w:rPr>
        <w:t>5.  0.0010 M NaOH at 25 °C has approximate pH…</w:t>
      </w:r>
    </w:p>
    <w:p>
      <w:pPr>
        <w:spacing w:after="200"/>
        <w:ind w:left="619"/>
      </w:pPr>
      <w:r>
        <w:t>A. 3.00    B. 7.00    C. 11.00    D. 13.00</w:t>
      </w:r>
    </w:p>
    <w:p>
      <w:pPr>
        <w:spacing w:before="80"/>
        <w:ind w:left="533" w:hanging="389"/>
      </w:pPr>
      <w:r>
        <w:rPr>
          <w:b/>
        </w:rPr>
        <w:t>6.  Which is a strong monoprotic acid in water?</w:t>
      </w:r>
    </w:p>
    <w:p>
      <w:pPr>
        <w:spacing w:after="200"/>
        <w:ind w:left="619"/>
      </w:pPr>
      <w:r>
        <w:t>A. acetic acid    B. HF    C. HCl    D. carbonic acid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What is the pH of 0.0010 M HCl at 25 °C?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Do not assume that pH + pOH = 14 at every temperature; 14.00 is the standard classroom approximation at 25 °C.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pH = −log₁₀[H₃O⁺]; at 25 °C, pH + pOH = 14.00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