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Net Ionic Equations &amp; Precipitation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Which ions are spectators in AgNO₃ + NaCl → AgCl + NaNO₃?</w:t>
      </w:r>
    </w:p>
    <w:p>
      <w:pPr>
        <w:spacing w:after="200"/>
        <w:ind w:left="619"/>
      </w:pPr>
      <w:r>
        <w:t>A. Ag⁺ and Cl⁻    B. Na⁺ and NO₃⁻    C. Ag⁺ and NO₃⁻    D. Cl⁻ and Na⁺</w:t>
      </w:r>
    </w:p>
    <w:p>
      <w:pPr>
        <w:spacing w:before="80"/>
        <w:ind w:left="533" w:hanging="389"/>
      </w:pPr>
      <w:r>
        <w:rPr>
          <w:b/>
        </w:rPr>
        <w:t>2.  Which substance is not dissociated in a complete ionic equation?</w:t>
      </w:r>
    </w:p>
    <w:p>
      <w:pPr>
        <w:spacing w:after="200"/>
        <w:ind w:left="619"/>
      </w:pPr>
      <w:r>
        <w:t>A. NaNO₃(aq)    B. KCl(aq)    C. AgCl(s)    D. Ca(NO₃)₂(aq)</w:t>
      </w:r>
    </w:p>
    <w:p>
      <w:pPr>
        <w:spacing w:before="80"/>
        <w:ind w:left="533" w:hanging="389"/>
      </w:pPr>
      <w:r>
        <w:rPr>
          <w:b/>
        </w:rPr>
        <w:t>3.  Which substance is generally soluble in water?</w:t>
      </w:r>
    </w:p>
    <w:p>
      <w:pPr>
        <w:spacing w:after="200"/>
        <w:ind w:left="619"/>
      </w:pPr>
      <w:r>
        <w:t>A. AgCl    B. BaSO₄    C. NaNO₃    D. PbCl₂</w:t>
      </w:r>
    </w:p>
    <w:p>
      <w:pPr>
        <w:spacing w:before="80"/>
        <w:ind w:left="533" w:hanging="389"/>
      </w:pPr>
      <w:r>
        <w:rPr>
          <w:b/>
        </w:rPr>
        <w:t>4.  A valid net ionic equation must balance…</w:t>
      </w:r>
    </w:p>
    <w:p>
      <w:pPr>
        <w:spacing w:after="200"/>
        <w:ind w:left="619"/>
      </w:pPr>
      <w:r>
        <w:t>A. atoms only    B. charge only    C. atoms and charge    D. neither</w:t>
      </w:r>
    </w:p>
    <w:p>
      <w:pPr>
        <w:spacing w:before="80"/>
        <w:ind w:left="533" w:hanging="389"/>
      </w:pPr>
      <w:r>
        <w:rPr>
          <w:b/>
        </w:rPr>
        <w:t>5.  What is the net ionic equation for HCl(aq) + NaOH(aq)?</w:t>
      </w:r>
    </w:p>
    <w:p>
      <w:pPr>
        <w:spacing w:after="200"/>
        <w:ind w:left="619"/>
      </w:pPr>
      <w:r>
        <w:t>A. H⁺ + OH⁻ → H₂O    B. Na⁺ + Cl⁻ → NaCl(s)    C. HCl + NaOH → NaCl(s)    D. H₂ + O₂ → H₂O</w:t>
      </w:r>
    </w:p>
    <w:p>
      <w:pPr>
        <w:spacing w:before="80"/>
        <w:ind w:left="533" w:hanging="389"/>
      </w:pPr>
      <w:r>
        <w:rPr>
          <w:b/>
        </w:rPr>
        <w:t>6.  What remains after spectator ions are cancelled?</w:t>
      </w:r>
    </w:p>
    <w:p>
      <w:pPr>
        <w:spacing w:after="200"/>
        <w:ind w:left="619"/>
      </w:pPr>
      <w:r>
        <w:t>A. the unbalanced reaction    B. the total ionic equation    C. only species involved in net chemical change    D. all dissolved ions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Mix aqueous AgNO₃ and NaCl. Write the net ionic equation.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A solid precipitate stays intact in an ionic equation. Cancelling a reacting ion is not allowed.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molecular → complete ionic → cancel spectators → net ionic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