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Dimensional Analysis &amp; Unit Conversions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How many centimeters are in 1.20 m?</w:t>
      </w:r>
    </w:p>
    <w:p>
      <w:pPr>
        <w:spacing w:after="200"/>
        <w:ind w:left="619"/>
      </w:pPr>
      <w:r>
        <w:t>A. 12.0 cm    B. 120 cm    C. 0.0120 cm    D. 1200 cm</w:t>
      </w:r>
    </w:p>
    <w:p>
      <w:pPr>
        <w:spacing w:before="80"/>
        <w:ind w:left="533" w:hanging="389"/>
      </w:pPr>
      <w:r>
        <w:rPr>
          <w:b/>
        </w:rPr>
        <w:t>2.  Which conversion factor cancels hours when converting hours to minutes?</w:t>
      </w:r>
    </w:p>
    <w:p>
      <w:pPr>
        <w:spacing w:after="200"/>
        <w:ind w:left="619"/>
      </w:pPr>
      <w:r>
        <w:t>A. 1 h / 60 min    B. 60 min / 1 h    C. 1 min / 60 h    D. 60 h / 1 min</w:t>
      </w:r>
    </w:p>
    <w:p>
      <w:pPr>
        <w:spacing w:before="80"/>
        <w:ind w:left="533" w:hanging="389"/>
      </w:pPr>
      <w:r>
        <w:rPr>
          <w:b/>
        </w:rPr>
        <w:t>3.  0.0750 L equals how many milliliters?</w:t>
      </w:r>
    </w:p>
    <w:p>
      <w:pPr>
        <w:spacing w:after="200"/>
        <w:ind w:left="619"/>
      </w:pPr>
      <w:r>
        <w:t>A. 7.50 mL    B. 75.0 mL    C. 750 mL    D. 0.750 mL</w:t>
      </w:r>
    </w:p>
    <w:p>
      <w:pPr>
        <w:spacing w:before="80"/>
        <w:ind w:left="533" w:hanging="389"/>
      </w:pPr>
      <w:r>
        <w:rPr>
          <w:b/>
        </w:rPr>
        <w:t>4.  A sample has density 2.0 g/mL. What is the mass of 3.0 mL?</w:t>
      </w:r>
    </w:p>
    <w:p>
      <w:pPr>
        <w:spacing w:after="200"/>
        <w:ind w:left="619"/>
      </w:pPr>
      <w:r>
        <w:t>A. 1.5 g    B. 5.0 g    C. 6.0 g    D. 0.67 g</w:t>
      </w:r>
    </w:p>
    <w:p>
      <w:pPr>
        <w:spacing w:before="80"/>
        <w:ind w:left="533" w:hanging="389"/>
      </w:pPr>
      <w:r>
        <w:rPr>
          <w:b/>
        </w:rPr>
        <w:t>5.  Which unit should remain after converting 4.0 mol using 18.0 g/mol?</w:t>
      </w:r>
    </w:p>
    <w:p>
      <w:pPr>
        <w:spacing w:after="200"/>
        <w:ind w:left="619"/>
      </w:pPr>
      <w:r>
        <w:t>A. mol    B. g    C. g/mol    D. mol/g</w:t>
      </w:r>
    </w:p>
    <w:p>
      <w:pPr>
        <w:spacing w:before="80"/>
        <w:ind w:left="533" w:hanging="389"/>
      </w:pPr>
      <w:r>
        <w:rPr>
          <w:b/>
        </w:rPr>
        <w:t>6.  2500 mm equals how many meters?</w:t>
      </w:r>
    </w:p>
    <w:p>
      <w:pPr>
        <w:spacing w:after="200"/>
        <w:ind w:left="619"/>
      </w:pPr>
      <w:r>
        <w:t>A. 0.25 m    B. 2.5 m    C. 25 m    D. 250 m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Convert 2.50 km to meters.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A unit conversion changes the numerical value and the unit; it does not change the actual physical amount.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given quantity × (desired unit / given unit) = converted quantity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