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Electron Configurations &amp; Orbital Diagrams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Maximum electrons in a p subshell?</w:t>
      </w:r>
    </w:p>
    <w:p>
      <w:pPr>
        <w:spacing w:after="200"/>
        <w:ind w:left="619"/>
      </w:pPr>
      <w:r>
        <w:t>A. 2    B. 6    C. 10    D. 14</w:t>
      </w:r>
    </w:p>
    <w:p>
      <w:pPr>
        <w:spacing w:before="80"/>
        <w:ind w:left="533" w:hanging="389"/>
      </w:pPr>
      <w:r>
        <w:rPr>
          <w:b/>
        </w:rPr>
        <w:t>2.  Which configuration describes neutral sodium?</w:t>
      </w:r>
    </w:p>
    <w:p>
      <w:pPr>
        <w:spacing w:after="200"/>
        <w:ind w:left="619"/>
      </w:pPr>
      <w:r>
        <w:t>A. [Ne] 3s¹    B. [Ne] 3s²    C. [Ar] 4s¹    D. [He] 2s¹</w:t>
      </w:r>
    </w:p>
    <w:p>
      <w:pPr>
        <w:spacing w:before="80"/>
        <w:ind w:left="533" w:hanging="389"/>
      </w:pPr>
      <w:r>
        <w:rPr>
          <w:b/>
        </w:rPr>
        <w:t>3.  The electron configuration of Mg²⁺ is…</w:t>
      </w:r>
    </w:p>
    <w:p>
      <w:pPr>
        <w:spacing w:after="200"/>
        <w:ind w:left="619"/>
      </w:pPr>
      <w:r>
        <w:t>A. [Ne]    B. [Ne] 3s²    C. [Ar]    D. [He] 2s²</w:t>
      </w:r>
    </w:p>
    <w:p>
      <w:pPr>
        <w:spacing w:before="80"/>
        <w:ind w:left="533" w:hanging="389"/>
      </w:pPr>
      <w:r>
        <w:rPr>
          <w:b/>
        </w:rPr>
        <w:t>4.  Which rule describes single filling of equal-energy p orbitals?</w:t>
      </w:r>
    </w:p>
    <w:p>
      <w:pPr>
        <w:spacing w:after="200"/>
        <w:ind w:left="619"/>
      </w:pPr>
      <w:r>
        <w:t>A. Hess’s law    B. Hund’s rule    C. Boyle’s law    D. Le Châtelier’s principle</w:t>
      </w:r>
    </w:p>
    <w:p>
      <w:pPr>
        <w:spacing w:before="80"/>
        <w:ind w:left="533" w:hanging="389"/>
      </w:pPr>
      <w:r>
        <w:rPr>
          <w:b/>
        </w:rPr>
        <w:t>5.  Which pair of electrons may share one orbital?</w:t>
      </w:r>
    </w:p>
    <w:p>
      <w:pPr>
        <w:spacing w:after="200"/>
        <w:ind w:left="619"/>
      </w:pPr>
      <w:r>
        <w:t>A. same spin    B. opposite spins    C. both always unpaired    D. four electrons</w:t>
      </w:r>
    </w:p>
    <w:p>
      <w:pPr>
        <w:spacing w:before="80"/>
        <w:ind w:left="533" w:hanging="389"/>
      </w:pPr>
      <w:r>
        <w:rPr>
          <w:b/>
        </w:rPr>
        <w:t>6.  For Fe²⁺, which electrons are removed first from neutral Fe?</w:t>
      </w:r>
    </w:p>
    <w:p>
      <w:pPr>
        <w:spacing w:after="200"/>
        <w:ind w:left="619"/>
      </w:pPr>
      <w:r>
        <w:t>A. 3d    B. 2p    C. 4s    D. 3p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Write the electron configuration of chlorine (Z = 17).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Do not apply Aufbau as an exception-free law: some atoms such as Cr and Cu have configurations beyond the simplest filling prediction.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s holds 2, p holds 6, d holds 10, f holds 14 electrons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